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DCE8E1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6E9587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6E9587"/>
                <w:sz w:val="18"/>
              </w:rPr>
              <w:t>VOL. 13  /  新疆 DESTINATION SERIES</w:t>
            </w:r>
          </w:p>
          <w:p>
            <w:pPr>
              <w:spacing w:before="0" w:after="160" w:lineRule="auto" w:line="252"/>
              <w:jc w:val="center"/>
            </w:pPr>
            <w:r>
              <w:rPr>
                <w:rFonts w:ascii="Songti SC" w:hAnsi="Songti SC" w:eastAsia="Songti SC" w:cs="Songti SC"/>
                <w:b/>
                <w:color w:val="29403A"/>
                <w:sz w:val="58"/>
              </w:rPr>
              <w:t>赛里木湖·湖泊诗意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9403A"/>
                <w:sz w:val="22"/>
              </w:rPr>
              <w:t>让湖面、远山和光线成为一册安静的蓝色诗集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B79B68"/>
                <w:sz w:val="17"/>
              </w:rPr>
              <w:t>手机快速种草   ×   湖泊诗意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36000" cy="4744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4744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B79B68"/>
          <w:sz w:val="18"/>
        </w:rPr>
        <w:t>赛里木湖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E958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DCE8E1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9403A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B79B68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B79B68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29403A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29403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29403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29403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29403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29403A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DCE8E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8E1"/>
              <w:left w:val="single" w:sz="3" w:color="DCE8E1"/>
              <w:bottom w:val="single" w:sz="3" w:color="DCE8E1"/>
              <w:right w:val="single" w:sz="3" w:color="DCE8E1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29403A"/>
                <w:sz w:val="16"/>
              </w:rPr>
              <w:t>D1</w:t>
            </w:r>
          </w:p>
        </w:tc>
        <w:tc>
          <w:tcPr>
            <w:tcW w:type="dxa" w:w="2835"/>
            <w:shd w:fill="DCE8E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8E1"/>
              <w:left w:val="single" w:sz="3" w:color="DCE8E1"/>
              <w:bottom w:val="single" w:sz="3" w:color="DCE8E1"/>
              <w:right w:val="single" w:sz="3" w:color="DCE8E1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9403A"/>
                <w:sz w:val="16"/>
              </w:rPr>
              <w:t>赛里木湖</w:t>
            </w:r>
          </w:p>
        </w:tc>
        <w:tc>
          <w:tcPr>
            <w:tcW w:type="dxa" w:w="1701"/>
            <w:shd w:fill="DCE8E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8E1"/>
              <w:left w:val="single" w:sz="3" w:color="DCE8E1"/>
              <w:bottom w:val="single" w:sz="3" w:color="DCE8E1"/>
              <w:right w:val="single" w:sz="3" w:color="DCE8E1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9403A"/>
                <w:sz w:val="16"/>
              </w:rPr>
              <w:t>抵达日</w:t>
            </w:r>
          </w:p>
        </w:tc>
        <w:tc>
          <w:tcPr>
            <w:tcW w:type="dxa" w:w="2438"/>
            <w:shd w:fill="DCE8E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8E1"/>
              <w:left w:val="single" w:sz="3" w:color="DCE8E1"/>
              <w:bottom w:val="single" w:sz="3" w:color="DCE8E1"/>
              <w:right w:val="single" w:sz="3" w:color="DCE8E1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9403A"/>
                <w:sz w:val="16"/>
              </w:rPr>
              <w:t>待核实</w:t>
            </w:r>
          </w:p>
        </w:tc>
        <w:tc>
          <w:tcPr>
            <w:tcW w:type="dxa" w:w="1984"/>
            <w:shd w:fill="DCE8E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DCE8E1"/>
              <w:left w:val="single" w:sz="3" w:color="DCE8E1"/>
              <w:bottom w:val="single" w:sz="3" w:color="DCE8E1"/>
              <w:right w:val="single" w:sz="3" w:color="DCE8E1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29403A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E958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DCE8E1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9403A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B79B68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6E9587"/>
          <w:sz w:val="18"/>
        </w:rPr>
        <w:t>01</w:t>
      </w:r>
      <w:r>
        <w:rPr>
          <w:rFonts w:ascii="Songti SC" w:hAnsi="Songti SC" w:eastAsia="Songti SC" w:cs="Songti SC"/>
          <w:b/>
          <w:color w:val="29403A"/>
          <w:sz w:val="30"/>
        </w:rPr>
        <w:t xml:space="preserve">  赛里木湖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29403A"/>
          <w:sz w:val="21"/>
        </w:rPr>
        <w:t>天山山地中的高山冷水湖。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048414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8414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E9587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DCE8E1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29403A"/>
                <w:sz w:val="34"/>
              </w:rPr>
              <w:t>手机快速种草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B79B68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E9587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01</w:t>
            </w:r>
          </w:p>
        </w:tc>
        <w:tc>
          <w:tcPr>
            <w:tcW w:type="dxa" w:w="8844"/>
            <w:shd w:fill="DCE8E1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6E9587"/>
                <w:sz w:val="18"/>
              </w:rPr>
              <w:t>本期看点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9403A"/>
                <w:sz w:val="19"/>
              </w:rPr>
              <w:t>让湖面、远山和光线成为一册安静的蓝色诗集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79B68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02</w:t>
            </w:r>
          </w:p>
        </w:tc>
        <w:tc>
          <w:tcPr>
            <w:tcW w:type="dxa" w:w="8844"/>
            <w:shd w:fill="DCE8E1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6E9587"/>
                <w:sz w:val="18"/>
              </w:rPr>
              <w:t>重点场景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9403A"/>
                <w:sz w:val="19"/>
              </w:rPr>
              <w:t>• 赛里木湖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6E9587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03</w:t>
            </w:r>
          </w:p>
        </w:tc>
        <w:tc>
          <w:tcPr>
            <w:tcW w:type="dxa" w:w="8844"/>
            <w:shd w:fill="DCE8E1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6E9587"/>
                <w:sz w:val="18"/>
              </w:rPr>
              <w:t>适用阅读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9403A"/>
                <w:sz w:val="19"/>
              </w:rPr>
              <w:t>移动端快速预览版本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79B68"/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20"/>
              </w:rPr>
              <w:t>04</w:t>
            </w:r>
          </w:p>
        </w:tc>
        <w:tc>
          <w:tcPr>
            <w:tcW w:type="dxa" w:w="8844"/>
            <w:shd w:fill="DCE8E1"/>
            <w:tcMar>
              <w:top w:w="140" w:type="dxa"/>
              <w:start w:w="220" w:type="dxa"/>
              <w:bottom w:w="140" w:type="dxa"/>
              <w:end w:w="220" w:type="dxa"/>
            </w:tcMar>
          </w:tcPr>
          <w:p>
            <w:pPr>
              <w:spacing w:before="0" w:after="6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6E9587"/>
                <w:sz w:val="18"/>
              </w:rPr>
              <w:t>下一步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29403A"/>
                <w:sz w:val="19"/>
              </w:rPr>
              <w:t>正式班期、报价与联系方式待产品确认后补充</w:t>
            </w:r>
          </w:p>
        </w:tc>
      </w:tr>
    </w:tbl>
    <w:p>
      <w:pPr>
        <w:spacing w:after="0"/>
      </w:pP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DCE8E1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6E9587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6E9587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29403A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777777"/>
        <w:sz w:val="16"/>
      </w:rPr>
      <w:t xml:space="preserve">PAGE </w:t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B79B68"/>
        <w:sz w:val="16"/>
      </w:rPr>
      <w:t>湖泊诗集旅行模板  ·  HTML + WORD</w:t>
    </w:r>
    <w:r>
      <w:rPr>
        <w:rFonts w:ascii="Microsoft YaHei" w:hAnsi="Microsoft YaHei" w:eastAsia="Microsoft YaHei" w:cs="Microsoft YaHei"/>
        <w:b/>
        <w:color w:val="B79B68"/>
        <w:sz w:val="16"/>
      </w:rPr>
      <w:t>新疆  ·  湖泊诗意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2940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9403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29403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6E958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Songti SC" w:hAnsi="Songti SC" w:eastAsia="Songti SC" w:cs="Songti SC"/>
      <w:color w:val="29403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赛里木湖·湖泊诗意</dc:title>
  <dc:subject>新疆旅游主题组合与视觉预览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